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Daily Gratitude &amp; Reflection Journal</w:t>
      </w:r>
    </w:p>
    <w:p>
      <w:r>
        <w:t>Use this journal page daily to reflect more deeply on gratitude, emotional growth, and personal awareness. You can print multiple copies or type directly into the document. Give yourself permission to slow down and connect.</w:t>
      </w:r>
    </w:p>
    <w:p>
      <w:r>
        <w:t>1. What are three things I’m grateful for today, and *why*?</w:t>
      </w:r>
    </w:p>
    <w:p>
      <w:r>
        <w:br/>
        <w:br/>
        <w:br/>
        <w:br/>
        <w:br/>
      </w:r>
    </w:p>
    <w:p>
      <w:r>
        <w:t>2. What challenge did I face today, and what did it teach me?</w:t>
      </w:r>
    </w:p>
    <w:p>
      <w:r>
        <w:br/>
        <w:br/>
        <w:br/>
        <w:br/>
        <w:br/>
      </w:r>
    </w:p>
    <w:p>
      <w:r>
        <w:t>3. What emotion did I feel most strongly today, and what might it be trying to tell me?</w:t>
      </w:r>
    </w:p>
    <w:p>
      <w:r>
        <w:br/>
        <w:br/>
        <w:br/>
        <w:br/>
        <w:br/>
      </w:r>
    </w:p>
    <w:p>
      <w:r>
        <w:t>4. What is one thing I did today that I’m proud of — big or small?</w:t>
      </w:r>
    </w:p>
    <w:p>
      <w:r>
        <w:br/>
        <w:br/>
        <w:br/>
        <w:br/>
        <w:br/>
      </w:r>
    </w:p>
    <w:p>
      <w:r>
        <w:t>5. What is one thing I want to release or forgive — in myself or someone else?</w:t>
      </w:r>
    </w:p>
    <w:p>
      <w:r>
        <w:br/>
        <w:br/>
        <w:br/>
        <w:br/>
        <w:br/>
      </w:r>
    </w:p>
    <w:p>
      <w:r>
        <w:t>6. How did I take care of myself today?</w:t>
      </w:r>
    </w:p>
    <w:p>
      <w:r>
        <w:br/>
        <w:br/>
        <w:br/>
        <w:br/>
        <w:br/>
      </w:r>
    </w:p>
    <w:p>
      <w:r>
        <w:t>7. What’s one intention I want to carry into tomorrow?</w:t>
      </w:r>
    </w:p>
    <w:p>
      <w:r>
        <w:br/>
        <w:br/>
        <w:br/>
        <w:br/>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